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CF64B" w14:textId="77777777" w:rsidR="00013AE3" w:rsidRDefault="00013AE3">
      <w:pPr>
        <w:spacing w:after="960"/>
      </w:pPr>
    </w:p>
    <w:p w14:paraId="69B160C7" w14:textId="77777777" w:rsidR="00013AE3" w:rsidRPr="007A4174" w:rsidRDefault="00000000">
      <w:pPr>
        <w:spacing w:before="120" w:after="100"/>
        <w:rPr>
          <w:rFonts w:ascii="Times New Roman" w:hAnsi="Times New Roman" w:cs="Times New Roman"/>
        </w:rPr>
      </w:pPr>
      <w:r w:rsidRPr="007A4174">
        <w:rPr>
          <w:rFonts w:ascii="Times New Roman" w:eastAsia="Aptos" w:hAnsi="Times New Roman" w:cs="Times New Roman"/>
          <w:b/>
          <w:color w:val="A62820"/>
          <w:sz w:val="16"/>
        </w:rPr>
        <w:t>A BELLA CIBO KITCHEN GUIDE</w:t>
      </w:r>
    </w:p>
    <w:p w14:paraId="54DAA1B6" w14:textId="77777777" w:rsidR="00013AE3" w:rsidRPr="007A4174" w:rsidRDefault="00000000">
      <w:pPr>
        <w:pStyle w:val="Title"/>
        <w:rPr>
          <w:rFonts w:ascii="Times New Roman" w:hAnsi="Times New Roman" w:cs="Times New Roman"/>
        </w:rPr>
      </w:pPr>
      <w:r w:rsidRPr="007A4174">
        <w:rPr>
          <w:rFonts w:ascii="Times New Roman" w:hAnsi="Times New Roman" w:cs="Times New Roman"/>
        </w:rPr>
        <w:t>Mamma Marzia's</w:t>
      </w:r>
      <w:r w:rsidRPr="007A4174">
        <w:rPr>
          <w:rFonts w:ascii="Times New Roman" w:hAnsi="Times New Roman" w:cs="Times New Roman"/>
        </w:rPr>
        <w:br/>
        <w:t>Fresh Pasta Storage</w:t>
      </w:r>
      <w:r w:rsidRPr="007A4174">
        <w:rPr>
          <w:rFonts w:ascii="Times New Roman" w:hAnsi="Times New Roman" w:cs="Times New Roman"/>
        </w:rPr>
        <w:br/>
        <w:t>&amp; Freezing Guide</w:t>
      </w:r>
    </w:p>
    <w:p w14:paraId="627AA0C7" w14:textId="77777777" w:rsidR="00013AE3" w:rsidRPr="007A4174" w:rsidRDefault="00000000">
      <w:pPr>
        <w:spacing w:after="240"/>
        <w:rPr>
          <w:rFonts w:ascii="Times New Roman" w:hAnsi="Times New Roman" w:cs="Times New Roman"/>
        </w:rPr>
      </w:pPr>
      <w:r w:rsidRPr="007A4174">
        <w:rPr>
          <w:rFonts w:ascii="Times New Roman" w:eastAsia="Aptos" w:hAnsi="Times New Roman" w:cs="Times New Roman"/>
          <w:color w:val="6D7764"/>
          <w:sz w:val="22"/>
        </w:rPr>
        <w:t>How to make fresh egg pasta, then keep homemade tagliatelle and fettuccine separated, beautiful and ready to cook.</w:t>
      </w:r>
    </w:p>
    <w:tbl>
      <w:tblPr>
        <w:tblW w:w="0" w:type="auto"/>
        <w:jc w:val="center"/>
        <w:tblLayout w:type="fixed"/>
        <w:tblLook w:val="04A0" w:firstRow="1" w:lastRow="0" w:firstColumn="1" w:lastColumn="0" w:noHBand="0" w:noVBand="1"/>
      </w:tblPr>
      <w:tblGrid>
        <w:gridCol w:w="9936"/>
      </w:tblGrid>
      <w:tr w:rsidR="00013AE3" w:rsidRPr="007A4174" w14:paraId="09CCC2AA" w14:textId="77777777">
        <w:trPr>
          <w:jc w:val="center"/>
        </w:trPr>
        <w:tc>
          <w:tcPr>
            <w:tcW w:w="9936" w:type="dxa"/>
            <w:shd w:val="clear" w:color="auto" w:fill="EFE4D4"/>
            <w:tcMar>
              <w:top w:w="100" w:type="dxa"/>
              <w:left w:w="140" w:type="dxa"/>
              <w:bottom w:w="100" w:type="dxa"/>
              <w:right w:w="140" w:type="dxa"/>
            </w:tcMar>
          </w:tcPr>
          <w:p w14:paraId="1576CE15" w14:textId="77777777" w:rsidR="00013AE3" w:rsidRPr="007A4174" w:rsidRDefault="00000000">
            <w:pPr>
              <w:rPr>
                <w:rFonts w:ascii="Times New Roman" w:hAnsi="Times New Roman" w:cs="Times New Roman"/>
              </w:rPr>
            </w:pPr>
            <w:r w:rsidRPr="007A4174">
              <w:rPr>
                <w:rFonts w:ascii="Times New Roman" w:eastAsia="Aptos" w:hAnsi="Times New Roman" w:cs="Times New Roman"/>
                <w:b/>
                <w:color w:val="A62820"/>
                <w:sz w:val="18"/>
              </w:rPr>
              <w:t>INSIDE THIS GUIDE</w:t>
            </w:r>
            <w:r w:rsidRPr="007A4174">
              <w:rPr>
                <w:rFonts w:ascii="Times New Roman" w:eastAsia="Aptos" w:hAnsi="Times New Roman" w:cs="Times New Roman"/>
                <w:b/>
                <w:color w:val="A62820"/>
                <w:sz w:val="18"/>
              </w:rPr>
              <w:br/>
            </w:r>
            <w:r w:rsidRPr="007A4174">
              <w:rPr>
                <w:rFonts w:ascii="Times New Roman" w:eastAsia="Aptos" w:hAnsi="Times New Roman" w:cs="Times New Roman"/>
                <w:sz w:val="19"/>
              </w:rPr>
              <w:t>Mamma Marzia's basic egg-pasta recipe • Drying the sheets just enough • Making loose nests • Cooking today • Refrigerating safely • Freezing without sticking • Cooking directly from frozen</w:t>
            </w:r>
          </w:p>
        </w:tc>
      </w:tr>
    </w:tbl>
    <w:p w14:paraId="0F54AEBB" w14:textId="77777777" w:rsidR="00013AE3" w:rsidRPr="007A4174" w:rsidRDefault="00013AE3">
      <w:pPr>
        <w:spacing w:after="0"/>
        <w:rPr>
          <w:rFonts w:ascii="Times New Roman" w:hAnsi="Times New Roman" w:cs="Times New Roman"/>
        </w:rPr>
      </w:pPr>
    </w:p>
    <w:p w14:paraId="3EBFED89" w14:textId="77777777" w:rsidR="00013AE3" w:rsidRPr="007A4174" w:rsidRDefault="00013AE3">
      <w:pPr>
        <w:spacing w:after="800"/>
        <w:rPr>
          <w:rFonts w:ascii="Times New Roman" w:hAnsi="Times New Roman" w:cs="Times New Roman"/>
        </w:rPr>
      </w:pPr>
    </w:p>
    <w:p w14:paraId="6408840C" w14:textId="77777777" w:rsidR="00013AE3" w:rsidRPr="007A4174" w:rsidRDefault="00000000">
      <w:pPr>
        <w:jc w:val="center"/>
        <w:rPr>
          <w:rFonts w:ascii="Times New Roman" w:hAnsi="Times New Roman" w:cs="Times New Roman"/>
        </w:rPr>
      </w:pPr>
      <w:r w:rsidRPr="007A4174">
        <w:rPr>
          <w:rFonts w:ascii="Times New Roman" w:eastAsia="Aptos" w:hAnsi="Times New Roman" w:cs="Times New Roman"/>
          <w:b/>
        </w:rPr>
        <w:t>By Mamma Marzia</w:t>
      </w:r>
      <w:r w:rsidRPr="007A4174">
        <w:rPr>
          <w:rFonts w:ascii="Times New Roman" w:eastAsia="Aptos" w:hAnsi="Times New Roman" w:cs="Times New Roman"/>
          <w:b/>
        </w:rPr>
        <w:br/>
      </w:r>
      <w:r w:rsidRPr="007A4174">
        <w:rPr>
          <w:rFonts w:ascii="Times New Roman" w:eastAsia="Aptos" w:hAnsi="Times New Roman" w:cs="Times New Roman"/>
          <w:color w:val="6D7764"/>
          <w:sz w:val="18"/>
        </w:rPr>
        <w:t>Italian home cook • Cookbook author • Pasta instructor since 2013</w:t>
      </w:r>
      <w:r w:rsidRPr="007A4174">
        <w:rPr>
          <w:rFonts w:ascii="Times New Roman" w:eastAsia="Aptos" w:hAnsi="Times New Roman" w:cs="Times New Roman"/>
          <w:color w:val="6D7764"/>
          <w:sz w:val="18"/>
        </w:rPr>
        <w:br/>
      </w:r>
      <w:r w:rsidRPr="007A4174">
        <w:rPr>
          <w:rFonts w:ascii="Times New Roman" w:eastAsia="Aptos" w:hAnsi="Times New Roman" w:cs="Times New Roman"/>
          <w:b/>
          <w:color w:val="A62820"/>
          <w:sz w:val="18"/>
        </w:rPr>
        <w:t>bellacibo.ca • @bellacibo</w:t>
      </w:r>
    </w:p>
    <w:p w14:paraId="35BEB40D" w14:textId="77777777" w:rsidR="00013AE3" w:rsidRPr="007A4174" w:rsidRDefault="00000000">
      <w:pPr>
        <w:rPr>
          <w:rFonts w:ascii="Times New Roman" w:hAnsi="Times New Roman" w:cs="Times New Roman"/>
        </w:rPr>
      </w:pPr>
      <w:r w:rsidRPr="007A4174">
        <w:rPr>
          <w:rFonts w:ascii="Times New Roman" w:hAnsi="Times New Roman" w:cs="Times New Roman"/>
        </w:rPr>
        <w:br w:type="page"/>
      </w:r>
    </w:p>
    <w:p w14:paraId="700E1B94" w14:textId="77777777" w:rsidR="00013AE3" w:rsidRPr="007A4174" w:rsidRDefault="00000000">
      <w:pPr>
        <w:spacing w:before="120" w:after="100"/>
        <w:rPr>
          <w:rFonts w:ascii="Times New Roman" w:hAnsi="Times New Roman" w:cs="Times New Roman"/>
        </w:rPr>
      </w:pPr>
      <w:r w:rsidRPr="007A4174">
        <w:rPr>
          <w:rFonts w:ascii="Times New Roman" w:eastAsia="Aptos" w:hAnsi="Times New Roman" w:cs="Times New Roman"/>
          <w:b/>
          <w:color w:val="A62820"/>
          <w:sz w:val="16"/>
        </w:rPr>
        <w:lastRenderedPageBreak/>
        <w:t>MAMMA MARZIA'S RECIPE</w:t>
      </w:r>
    </w:p>
    <w:p w14:paraId="6844FA32" w14:textId="77777777" w:rsidR="00013AE3" w:rsidRPr="007A4174" w:rsidRDefault="00000000">
      <w:pPr>
        <w:pStyle w:val="Heading1"/>
        <w:rPr>
          <w:rFonts w:ascii="Times New Roman" w:hAnsi="Times New Roman" w:cs="Times New Roman"/>
        </w:rPr>
      </w:pPr>
      <w:r w:rsidRPr="007A4174">
        <w:rPr>
          <w:rFonts w:ascii="Times New Roman" w:hAnsi="Times New Roman" w:cs="Times New Roman"/>
        </w:rPr>
        <w:t>Basic Fresh Egg Pasta</w:t>
      </w:r>
    </w:p>
    <w:p w14:paraId="393F2CB4" w14:textId="77777777" w:rsidR="00013AE3" w:rsidRPr="007A4174" w:rsidRDefault="00000000">
      <w:pPr>
        <w:rPr>
          <w:rFonts w:ascii="Times New Roman" w:hAnsi="Times New Roman" w:cs="Times New Roman"/>
        </w:rPr>
      </w:pPr>
      <w:r w:rsidRPr="007A4174">
        <w:rPr>
          <w:rFonts w:ascii="Times New Roman" w:eastAsia="Aptos" w:hAnsi="Times New Roman" w:cs="Times New Roman"/>
        </w:rPr>
        <w:t>My simple rule is 1 egg for every 100 g of flour. This recipe makes enough pasta for approximately 2 generous servings.</w:t>
      </w:r>
    </w:p>
    <w:tbl>
      <w:tblPr>
        <w:tblW w:w="0" w:type="auto"/>
        <w:jc w:val="center"/>
        <w:tblLayout w:type="fixed"/>
        <w:tblLook w:val="04A0" w:firstRow="1" w:lastRow="0" w:firstColumn="1" w:lastColumn="0" w:noHBand="0" w:noVBand="1"/>
      </w:tblPr>
      <w:tblGrid>
        <w:gridCol w:w="4968"/>
        <w:gridCol w:w="6120"/>
      </w:tblGrid>
      <w:tr w:rsidR="00013AE3" w:rsidRPr="007A4174" w14:paraId="6EC81CEB" w14:textId="77777777">
        <w:trPr>
          <w:tblHeader/>
          <w:jc w:val="center"/>
        </w:trPr>
        <w:tc>
          <w:tcPr>
            <w:tcW w:w="4968" w:type="dxa"/>
            <w:shd w:val="clear" w:color="auto" w:fill="EFE4D4"/>
            <w:tcMar>
              <w:top w:w="100" w:type="dxa"/>
              <w:left w:w="140" w:type="dxa"/>
              <w:bottom w:w="100" w:type="dxa"/>
              <w:right w:w="140" w:type="dxa"/>
            </w:tcMar>
          </w:tcPr>
          <w:p w14:paraId="47A2B561" w14:textId="77777777" w:rsidR="00013AE3" w:rsidRPr="007A4174" w:rsidRDefault="00000000">
            <w:pPr>
              <w:rPr>
                <w:rFonts w:ascii="Times New Roman" w:hAnsi="Times New Roman" w:cs="Times New Roman"/>
              </w:rPr>
            </w:pPr>
            <w:r w:rsidRPr="007A4174">
              <w:rPr>
                <w:rFonts w:ascii="Times New Roman" w:eastAsia="Aptos" w:hAnsi="Times New Roman" w:cs="Times New Roman"/>
                <w:b/>
                <w:color w:val="A62820"/>
                <w:sz w:val="18"/>
              </w:rPr>
              <w:t>INGREDIENTS</w:t>
            </w:r>
          </w:p>
        </w:tc>
        <w:tc>
          <w:tcPr>
            <w:tcW w:w="4968" w:type="dxa"/>
            <w:shd w:val="clear" w:color="auto" w:fill="EFE4D4"/>
            <w:tcMar>
              <w:top w:w="100" w:type="dxa"/>
              <w:left w:w="140" w:type="dxa"/>
              <w:bottom w:w="100" w:type="dxa"/>
              <w:right w:w="140" w:type="dxa"/>
            </w:tcMar>
          </w:tcPr>
          <w:p w14:paraId="481528B9" w14:textId="77777777" w:rsidR="00013AE3" w:rsidRPr="007A4174" w:rsidRDefault="00000000">
            <w:pPr>
              <w:rPr>
                <w:rFonts w:ascii="Times New Roman" w:hAnsi="Times New Roman" w:cs="Times New Roman"/>
              </w:rPr>
            </w:pPr>
            <w:r w:rsidRPr="007A4174">
              <w:rPr>
                <w:rFonts w:ascii="Times New Roman" w:eastAsia="Aptos" w:hAnsi="Times New Roman" w:cs="Times New Roman"/>
                <w:b/>
                <w:color w:val="A62820"/>
                <w:sz w:val="18"/>
              </w:rPr>
              <w:t>METHOD</w:t>
            </w:r>
          </w:p>
        </w:tc>
      </w:tr>
      <w:tr w:rsidR="00013AE3" w:rsidRPr="007A4174" w14:paraId="4313B7AC" w14:textId="77777777">
        <w:trPr>
          <w:jc w:val="center"/>
        </w:trPr>
        <w:tc>
          <w:tcPr>
            <w:tcW w:w="3528" w:type="dxa"/>
            <w:tcMar>
              <w:top w:w="100" w:type="dxa"/>
              <w:left w:w="140" w:type="dxa"/>
              <w:bottom w:w="100" w:type="dxa"/>
              <w:right w:w="140" w:type="dxa"/>
            </w:tcMar>
          </w:tcPr>
          <w:p w14:paraId="0E0A49CD" w14:textId="77777777" w:rsidR="00013AE3" w:rsidRPr="007A4174" w:rsidRDefault="00000000">
            <w:pPr>
              <w:rPr>
                <w:rFonts w:ascii="Times New Roman" w:hAnsi="Times New Roman" w:cs="Times New Roman"/>
              </w:rPr>
            </w:pPr>
            <w:r w:rsidRPr="007A4174">
              <w:rPr>
                <w:rFonts w:ascii="Times New Roman" w:eastAsia="Aptos" w:hAnsi="Times New Roman" w:cs="Times New Roman"/>
                <w:sz w:val="19"/>
              </w:rPr>
              <w:t>200 g flour total:</w:t>
            </w:r>
            <w:r w:rsidRPr="007A4174">
              <w:rPr>
                <w:rFonts w:ascii="Times New Roman" w:eastAsia="Aptos" w:hAnsi="Times New Roman" w:cs="Times New Roman"/>
                <w:sz w:val="19"/>
              </w:rPr>
              <w:br/>
              <w:t>• 140 g Italian '00' flour</w:t>
            </w:r>
            <w:r w:rsidRPr="007A4174">
              <w:rPr>
                <w:rFonts w:ascii="Times New Roman" w:eastAsia="Aptos" w:hAnsi="Times New Roman" w:cs="Times New Roman"/>
                <w:sz w:val="19"/>
              </w:rPr>
              <w:br/>
              <w:t>• 60 g fine semola rimacinata</w:t>
            </w:r>
            <w:r w:rsidRPr="007A4174">
              <w:rPr>
                <w:rFonts w:ascii="Times New Roman" w:eastAsia="Aptos" w:hAnsi="Times New Roman" w:cs="Times New Roman"/>
                <w:sz w:val="19"/>
              </w:rPr>
              <w:br/>
            </w:r>
            <w:r w:rsidRPr="007A4174">
              <w:rPr>
                <w:rFonts w:ascii="Times New Roman" w:eastAsia="Aptos" w:hAnsi="Times New Roman" w:cs="Times New Roman"/>
                <w:sz w:val="19"/>
              </w:rPr>
              <w:br/>
              <w:t>2 large eggs</w:t>
            </w:r>
            <w:r w:rsidRPr="007A4174">
              <w:rPr>
                <w:rFonts w:ascii="Times New Roman" w:eastAsia="Aptos" w:hAnsi="Times New Roman" w:cs="Times New Roman"/>
                <w:sz w:val="19"/>
              </w:rPr>
              <w:br/>
            </w:r>
            <w:r w:rsidRPr="007A4174">
              <w:rPr>
                <w:rFonts w:ascii="Times New Roman" w:eastAsia="Aptos" w:hAnsi="Times New Roman" w:cs="Times New Roman"/>
                <w:sz w:val="19"/>
              </w:rPr>
              <w:br/>
              <w:t>No '00' flour? You may use all-purpose flour.</w:t>
            </w:r>
          </w:p>
        </w:tc>
        <w:tc>
          <w:tcPr>
            <w:tcW w:w="6120" w:type="dxa"/>
            <w:tcMar>
              <w:top w:w="100" w:type="dxa"/>
              <w:left w:w="140" w:type="dxa"/>
              <w:bottom w:w="100" w:type="dxa"/>
              <w:right w:w="140" w:type="dxa"/>
            </w:tcMar>
          </w:tcPr>
          <w:p w14:paraId="3BBDFCA3" w14:textId="44B44764" w:rsidR="00013AE3" w:rsidRPr="007A4174" w:rsidRDefault="00000000">
            <w:pPr>
              <w:spacing w:after="80"/>
              <w:rPr>
                <w:rFonts w:ascii="Times New Roman" w:hAnsi="Times New Roman" w:cs="Times New Roman"/>
              </w:rPr>
            </w:pPr>
            <w:r w:rsidRPr="007A4174">
              <w:rPr>
                <w:rFonts w:ascii="Times New Roman" w:eastAsia="Aptos" w:hAnsi="Times New Roman" w:cs="Times New Roman"/>
                <w:sz w:val="18"/>
              </w:rPr>
              <w:t xml:space="preserve">1. Mix the two flours and make a </w:t>
            </w:r>
            <w:r w:rsidR="007A4174">
              <w:rPr>
                <w:rFonts w:ascii="Times New Roman" w:eastAsia="Aptos" w:hAnsi="Times New Roman" w:cs="Times New Roman"/>
                <w:sz w:val="18"/>
              </w:rPr>
              <w:t>Vulcano</w:t>
            </w:r>
            <w:r w:rsidRPr="007A4174">
              <w:rPr>
                <w:rFonts w:ascii="Times New Roman" w:eastAsia="Aptos" w:hAnsi="Times New Roman" w:cs="Times New Roman"/>
                <w:sz w:val="18"/>
              </w:rPr>
              <w:t xml:space="preserve"> in the </w:t>
            </w:r>
            <w:proofErr w:type="spellStart"/>
            <w:r w:rsidRPr="007A4174">
              <w:rPr>
                <w:rFonts w:ascii="Times New Roman" w:eastAsia="Aptos" w:hAnsi="Times New Roman" w:cs="Times New Roman"/>
                <w:sz w:val="18"/>
              </w:rPr>
              <w:t>centre</w:t>
            </w:r>
            <w:proofErr w:type="spellEnd"/>
            <w:r w:rsidRPr="007A4174">
              <w:rPr>
                <w:rFonts w:ascii="Times New Roman" w:eastAsia="Aptos" w:hAnsi="Times New Roman" w:cs="Times New Roman"/>
                <w:sz w:val="18"/>
              </w:rPr>
              <w:t>.</w:t>
            </w:r>
          </w:p>
          <w:p w14:paraId="0291D7C7" w14:textId="77777777" w:rsidR="00013AE3" w:rsidRPr="007A4174" w:rsidRDefault="00000000">
            <w:pPr>
              <w:spacing w:after="80"/>
              <w:rPr>
                <w:rFonts w:ascii="Times New Roman" w:hAnsi="Times New Roman" w:cs="Times New Roman"/>
              </w:rPr>
            </w:pPr>
            <w:r w:rsidRPr="007A4174">
              <w:rPr>
                <w:rFonts w:ascii="Times New Roman" w:eastAsia="Aptos" w:hAnsi="Times New Roman" w:cs="Times New Roman"/>
                <w:sz w:val="18"/>
              </w:rPr>
              <w:t>2. Add the eggs and beat them gently with a fork, gradually drawing in the flour.</w:t>
            </w:r>
          </w:p>
          <w:p w14:paraId="300FA99D" w14:textId="77777777" w:rsidR="00013AE3" w:rsidRPr="007A4174" w:rsidRDefault="00000000">
            <w:pPr>
              <w:spacing w:after="80"/>
              <w:rPr>
                <w:rFonts w:ascii="Times New Roman" w:hAnsi="Times New Roman" w:cs="Times New Roman"/>
              </w:rPr>
            </w:pPr>
            <w:r w:rsidRPr="007A4174">
              <w:rPr>
                <w:rFonts w:ascii="Times New Roman" w:eastAsia="Aptos" w:hAnsi="Times New Roman" w:cs="Times New Roman"/>
                <w:sz w:val="18"/>
              </w:rPr>
              <w:t>3. Knead for about 10-15 minutes, until smooth and elastic.</w:t>
            </w:r>
          </w:p>
          <w:p w14:paraId="63EAA7FA" w14:textId="5B8DE058" w:rsidR="00013AE3" w:rsidRPr="007A4174" w:rsidRDefault="00000000">
            <w:pPr>
              <w:spacing w:after="80"/>
              <w:rPr>
                <w:rFonts w:ascii="Times New Roman" w:hAnsi="Times New Roman" w:cs="Times New Roman"/>
              </w:rPr>
            </w:pPr>
            <w:r w:rsidRPr="007A4174">
              <w:rPr>
                <w:rFonts w:ascii="Times New Roman" w:eastAsia="Aptos" w:hAnsi="Times New Roman" w:cs="Times New Roman"/>
                <w:sz w:val="18"/>
              </w:rPr>
              <w:t xml:space="preserve">4. Wrap well and rest at room temperature for at least 20-30 </w:t>
            </w:r>
            <w:proofErr w:type="spellStart"/>
            <w:proofErr w:type="gramStart"/>
            <w:r w:rsidRPr="007A4174">
              <w:rPr>
                <w:rFonts w:ascii="Times New Roman" w:eastAsia="Aptos" w:hAnsi="Times New Roman" w:cs="Times New Roman"/>
                <w:sz w:val="18"/>
              </w:rPr>
              <w:t>minutes.</w:t>
            </w:r>
            <w:r w:rsidR="007A4174">
              <w:rPr>
                <w:rFonts w:ascii="Times New Roman" w:eastAsia="Aptos" w:hAnsi="Times New Roman" w:cs="Times New Roman"/>
                <w:sz w:val="18"/>
              </w:rPr>
              <w:t>You</w:t>
            </w:r>
            <w:proofErr w:type="spellEnd"/>
            <w:proofErr w:type="gramEnd"/>
            <w:r w:rsidR="007A4174">
              <w:rPr>
                <w:rFonts w:ascii="Times New Roman" w:eastAsia="Aptos" w:hAnsi="Times New Roman" w:cs="Times New Roman"/>
                <w:sz w:val="18"/>
              </w:rPr>
              <w:t xml:space="preserve"> can also refrigerate for a day.</w:t>
            </w:r>
          </w:p>
          <w:p w14:paraId="3C3B1EA7" w14:textId="77777777" w:rsidR="00013AE3" w:rsidRPr="007A4174" w:rsidRDefault="00000000">
            <w:pPr>
              <w:spacing w:after="80"/>
              <w:rPr>
                <w:rFonts w:ascii="Times New Roman" w:hAnsi="Times New Roman" w:cs="Times New Roman"/>
              </w:rPr>
            </w:pPr>
            <w:r w:rsidRPr="007A4174">
              <w:rPr>
                <w:rFonts w:ascii="Times New Roman" w:eastAsia="Aptos" w:hAnsi="Times New Roman" w:cs="Times New Roman"/>
                <w:sz w:val="18"/>
              </w:rPr>
              <w:t>5. Roll into thin sheets, then follow the drying and cutting instructions.</w:t>
            </w:r>
          </w:p>
        </w:tc>
      </w:tr>
      <w:tr w:rsidR="00013AE3" w:rsidRPr="007A4174" w14:paraId="74717C97" w14:textId="77777777">
        <w:trPr>
          <w:jc w:val="center"/>
        </w:trPr>
        <w:tc>
          <w:tcPr>
            <w:tcW w:w="9936" w:type="dxa"/>
            <w:gridSpan w:val="2"/>
            <w:shd w:val="clear" w:color="auto" w:fill="EFE4D4"/>
            <w:tcMar>
              <w:top w:w="100" w:type="dxa"/>
              <w:left w:w="140" w:type="dxa"/>
              <w:bottom w:w="100" w:type="dxa"/>
              <w:right w:w="140" w:type="dxa"/>
            </w:tcMar>
          </w:tcPr>
          <w:p w14:paraId="667A1481" w14:textId="77777777" w:rsidR="00013AE3" w:rsidRPr="007A4174" w:rsidRDefault="00000000">
            <w:pPr>
              <w:rPr>
                <w:rFonts w:ascii="Times New Roman" w:hAnsi="Times New Roman" w:cs="Times New Roman"/>
              </w:rPr>
            </w:pPr>
            <w:r w:rsidRPr="007A4174">
              <w:rPr>
                <w:rFonts w:ascii="Times New Roman" w:eastAsia="Aptos" w:hAnsi="Times New Roman" w:cs="Times New Roman"/>
                <w:b/>
                <w:color w:val="A62820"/>
                <w:sz w:val="18"/>
              </w:rPr>
              <w:t>MAMMA MARZIA'S TIP</w:t>
            </w:r>
            <w:r w:rsidRPr="007A4174">
              <w:rPr>
                <w:rFonts w:ascii="Times New Roman" w:eastAsia="Aptos" w:hAnsi="Times New Roman" w:cs="Times New Roman"/>
                <w:b/>
                <w:color w:val="A62820"/>
                <w:sz w:val="18"/>
              </w:rPr>
              <w:br/>
            </w:r>
            <w:r w:rsidRPr="007A4174">
              <w:rPr>
                <w:rFonts w:ascii="Times New Roman" w:eastAsia="Aptos" w:hAnsi="Times New Roman" w:cs="Times New Roman"/>
                <w:sz w:val="19"/>
              </w:rPr>
              <w:t>Flour absorbs differently depending on its type, the size of the eggs and the humidity. Do not force every last bit of flour into the dough. If it feels sticky, dust with a little flour; if very dry, wet your hands lightly and continue kneading.</w:t>
            </w:r>
          </w:p>
        </w:tc>
      </w:tr>
    </w:tbl>
    <w:p w14:paraId="40C5A3FE" w14:textId="77777777" w:rsidR="00013AE3" w:rsidRPr="007A4174" w:rsidRDefault="00013AE3">
      <w:pPr>
        <w:spacing w:after="0"/>
        <w:rPr>
          <w:rFonts w:ascii="Times New Roman" w:hAnsi="Times New Roman" w:cs="Times New Roman"/>
        </w:rPr>
      </w:pPr>
    </w:p>
    <w:p w14:paraId="793119EB" w14:textId="77777777" w:rsidR="00013AE3" w:rsidRPr="007A4174" w:rsidRDefault="00000000">
      <w:pPr>
        <w:rPr>
          <w:rFonts w:ascii="Times New Roman" w:hAnsi="Times New Roman" w:cs="Times New Roman"/>
        </w:rPr>
      </w:pPr>
      <w:r w:rsidRPr="007A4174">
        <w:rPr>
          <w:rFonts w:ascii="Times New Roman" w:hAnsi="Times New Roman" w:cs="Times New Roman"/>
        </w:rPr>
        <w:br w:type="page"/>
      </w:r>
    </w:p>
    <w:p w14:paraId="6BBC339F" w14:textId="77777777" w:rsidR="00013AE3" w:rsidRPr="007A4174" w:rsidRDefault="00000000">
      <w:pPr>
        <w:spacing w:before="120" w:after="100"/>
        <w:rPr>
          <w:rFonts w:ascii="Times New Roman" w:hAnsi="Times New Roman" w:cs="Times New Roman"/>
        </w:rPr>
      </w:pPr>
      <w:r w:rsidRPr="007A4174">
        <w:rPr>
          <w:rFonts w:ascii="Times New Roman" w:eastAsia="Aptos" w:hAnsi="Times New Roman" w:cs="Times New Roman"/>
          <w:b/>
          <w:color w:val="A62820"/>
          <w:sz w:val="16"/>
        </w:rPr>
        <w:lastRenderedPageBreak/>
        <w:t>THE STEP MANY PEOPLE SKIP</w:t>
      </w:r>
    </w:p>
    <w:p w14:paraId="2E15404A" w14:textId="77777777" w:rsidR="00013AE3" w:rsidRPr="007A4174" w:rsidRDefault="00000000">
      <w:pPr>
        <w:pStyle w:val="Heading1"/>
        <w:rPr>
          <w:rFonts w:ascii="Times New Roman" w:hAnsi="Times New Roman" w:cs="Times New Roman"/>
        </w:rPr>
      </w:pPr>
      <w:r w:rsidRPr="007A4174">
        <w:rPr>
          <w:rFonts w:ascii="Times New Roman" w:hAnsi="Times New Roman" w:cs="Times New Roman"/>
        </w:rPr>
        <w:t>Dry the sheets just enough</w:t>
      </w:r>
    </w:p>
    <w:p w14:paraId="00503585" w14:textId="77777777" w:rsidR="00013AE3" w:rsidRPr="007A4174" w:rsidRDefault="00000000">
      <w:pPr>
        <w:rPr>
          <w:rFonts w:ascii="Times New Roman" w:hAnsi="Times New Roman" w:cs="Times New Roman"/>
        </w:rPr>
      </w:pPr>
      <w:r w:rsidRPr="007A4174">
        <w:rPr>
          <w:rFonts w:ascii="Times New Roman" w:eastAsia="Aptos" w:hAnsi="Times New Roman" w:cs="Times New Roman"/>
        </w:rPr>
        <w:t>Before cutting fresh egg-pasta sheets into tagliatelle or fettuccine, let them dry slightly. You are not trying to make hard, shelf-stable pasta. You only want the surface to lose its stickiness while the sheet remains soft and flexible.</w:t>
      </w:r>
    </w:p>
    <w:tbl>
      <w:tblPr>
        <w:tblW w:w="0" w:type="auto"/>
        <w:jc w:val="center"/>
        <w:tblLayout w:type="fixed"/>
        <w:tblLook w:val="04A0" w:firstRow="1" w:lastRow="0" w:firstColumn="1" w:lastColumn="0" w:noHBand="0" w:noVBand="1"/>
      </w:tblPr>
      <w:tblGrid>
        <w:gridCol w:w="9936"/>
      </w:tblGrid>
      <w:tr w:rsidR="00013AE3" w:rsidRPr="007A4174" w14:paraId="5164DC22" w14:textId="77777777">
        <w:trPr>
          <w:jc w:val="center"/>
        </w:trPr>
        <w:tc>
          <w:tcPr>
            <w:tcW w:w="9936" w:type="dxa"/>
            <w:shd w:val="clear" w:color="auto" w:fill="EFE4D4"/>
            <w:tcMar>
              <w:top w:w="100" w:type="dxa"/>
              <w:left w:w="140" w:type="dxa"/>
              <w:bottom w:w="100" w:type="dxa"/>
              <w:right w:w="140" w:type="dxa"/>
            </w:tcMar>
          </w:tcPr>
          <w:p w14:paraId="2021F29B" w14:textId="77777777" w:rsidR="00013AE3" w:rsidRPr="007A4174" w:rsidRDefault="00000000">
            <w:pPr>
              <w:rPr>
                <w:rFonts w:ascii="Times New Roman" w:hAnsi="Times New Roman" w:cs="Times New Roman"/>
              </w:rPr>
            </w:pPr>
            <w:r w:rsidRPr="007A4174">
              <w:rPr>
                <w:rFonts w:ascii="Times New Roman" w:eastAsia="Aptos" w:hAnsi="Times New Roman" w:cs="Times New Roman"/>
                <w:b/>
                <w:color w:val="A62820"/>
                <w:sz w:val="18"/>
              </w:rPr>
              <w:t>THE TEST</w:t>
            </w:r>
            <w:r w:rsidRPr="007A4174">
              <w:rPr>
                <w:rFonts w:ascii="Times New Roman" w:eastAsia="Aptos" w:hAnsi="Times New Roman" w:cs="Times New Roman"/>
                <w:b/>
                <w:color w:val="A62820"/>
                <w:sz w:val="18"/>
              </w:rPr>
              <w:br/>
            </w:r>
            <w:r w:rsidRPr="007A4174">
              <w:rPr>
                <w:rFonts w:ascii="Times New Roman" w:eastAsia="Aptos" w:hAnsi="Times New Roman" w:cs="Times New Roman"/>
                <w:sz w:val="19"/>
              </w:rPr>
              <w:t>The sheet should lift easily and feel dry to the touch, but it should still bend without cracking.</w:t>
            </w:r>
          </w:p>
        </w:tc>
      </w:tr>
    </w:tbl>
    <w:p w14:paraId="255DD294" w14:textId="77777777" w:rsidR="00013AE3" w:rsidRPr="007A4174" w:rsidRDefault="00013AE3">
      <w:pPr>
        <w:spacing w:after="0"/>
        <w:rPr>
          <w:rFonts w:ascii="Times New Roman" w:hAnsi="Times New Roman" w:cs="Times New Roman"/>
        </w:rPr>
      </w:pPr>
    </w:p>
    <w:p w14:paraId="1B644385" w14:textId="77777777" w:rsidR="00013AE3" w:rsidRPr="007A4174" w:rsidRDefault="00000000">
      <w:pPr>
        <w:pStyle w:val="Heading2"/>
        <w:rPr>
          <w:rFonts w:ascii="Times New Roman" w:hAnsi="Times New Roman" w:cs="Times New Roman"/>
        </w:rPr>
      </w:pPr>
      <w:r w:rsidRPr="007A4174">
        <w:rPr>
          <w:rFonts w:ascii="Times New Roman" w:hAnsi="Times New Roman" w:cs="Times New Roman"/>
        </w:rPr>
        <w:t>MY SIMPLE SETUP</w:t>
      </w:r>
    </w:p>
    <w:p w14:paraId="707F114B" w14:textId="77777777" w:rsidR="00013AE3" w:rsidRPr="007A4174" w:rsidRDefault="00000000">
      <w:pPr>
        <w:pStyle w:val="ListNumber"/>
        <w:numPr>
          <w:ilvl w:val="0"/>
          <w:numId w:val="10"/>
        </w:numPr>
        <w:spacing w:after="100"/>
        <w:rPr>
          <w:rFonts w:ascii="Times New Roman" w:hAnsi="Times New Roman" w:cs="Times New Roman"/>
        </w:rPr>
      </w:pPr>
      <w:r w:rsidRPr="007A4174">
        <w:rPr>
          <w:rFonts w:ascii="Times New Roman" w:eastAsia="Aptos" w:hAnsi="Times New Roman" w:cs="Times New Roman"/>
        </w:rPr>
        <w:t>Lightly dust a clean wooden board, tablecloth or dishcloth with semola or flour.</w:t>
      </w:r>
    </w:p>
    <w:p w14:paraId="55C74B21" w14:textId="77777777" w:rsidR="00013AE3" w:rsidRPr="007A4174" w:rsidRDefault="00000000">
      <w:pPr>
        <w:pStyle w:val="ListNumber"/>
        <w:numPr>
          <w:ilvl w:val="0"/>
          <w:numId w:val="10"/>
        </w:numPr>
        <w:spacing w:after="100"/>
        <w:rPr>
          <w:rFonts w:ascii="Times New Roman" w:hAnsi="Times New Roman" w:cs="Times New Roman"/>
        </w:rPr>
      </w:pPr>
      <w:r w:rsidRPr="007A4174">
        <w:rPr>
          <w:rFonts w:ascii="Times New Roman" w:eastAsia="Aptos" w:hAnsi="Times New Roman" w:cs="Times New Roman"/>
        </w:rPr>
        <w:t>Lay the rolled sheets separately. Do not overlap them.</w:t>
      </w:r>
    </w:p>
    <w:p w14:paraId="599A0595" w14:textId="77777777" w:rsidR="00013AE3" w:rsidRPr="007A4174" w:rsidRDefault="00000000">
      <w:pPr>
        <w:pStyle w:val="ListNumber"/>
        <w:numPr>
          <w:ilvl w:val="0"/>
          <w:numId w:val="10"/>
        </w:numPr>
        <w:spacing w:after="100"/>
        <w:rPr>
          <w:rFonts w:ascii="Times New Roman" w:hAnsi="Times New Roman" w:cs="Times New Roman"/>
        </w:rPr>
      </w:pPr>
      <w:r w:rsidRPr="007A4174">
        <w:rPr>
          <w:rFonts w:ascii="Times New Roman" w:eastAsia="Aptos" w:hAnsi="Times New Roman" w:cs="Times New Roman"/>
        </w:rPr>
        <w:t>Turn them if needed so both sides dry evenly. Drying time changes with the room, humidity and thickness, so use your hands - not only the clock.</w:t>
      </w:r>
    </w:p>
    <w:p w14:paraId="04D501BF" w14:textId="77777777" w:rsidR="00013AE3" w:rsidRPr="007A4174" w:rsidRDefault="00000000">
      <w:pPr>
        <w:pStyle w:val="ListNumber"/>
        <w:numPr>
          <w:ilvl w:val="0"/>
          <w:numId w:val="10"/>
        </w:numPr>
        <w:spacing w:after="100"/>
        <w:rPr>
          <w:rFonts w:ascii="Times New Roman" w:hAnsi="Times New Roman" w:cs="Times New Roman"/>
        </w:rPr>
      </w:pPr>
      <w:r w:rsidRPr="007A4174">
        <w:rPr>
          <w:rFonts w:ascii="Times New Roman" w:eastAsia="Aptos" w:hAnsi="Times New Roman" w:cs="Times New Roman"/>
        </w:rPr>
        <w:t>When the surface is no longer sticky but the pasta is still flexible, pass it through the cutter.</w:t>
      </w:r>
    </w:p>
    <w:tbl>
      <w:tblPr>
        <w:tblW w:w="0" w:type="auto"/>
        <w:jc w:val="center"/>
        <w:tblLayout w:type="fixed"/>
        <w:tblLook w:val="04A0" w:firstRow="1" w:lastRow="0" w:firstColumn="1" w:lastColumn="0" w:noHBand="0" w:noVBand="1"/>
      </w:tblPr>
      <w:tblGrid>
        <w:gridCol w:w="9936"/>
      </w:tblGrid>
      <w:tr w:rsidR="00013AE3" w:rsidRPr="007A4174" w14:paraId="6483238C" w14:textId="77777777">
        <w:trPr>
          <w:jc w:val="center"/>
        </w:trPr>
        <w:tc>
          <w:tcPr>
            <w:tcW w:w="9936" w:type="dxa"/>
            <w:shd w:val="clear" w:color="auto" w:fill="EFE4D4"/>
            <w:tcMar>
              <w:top w:w="100" w:type="dxa"/>
              <w:left w:w="140" w:type="dxa"/>
              <w:bottom w:w="100" w:type="dxa"/>
              <w:right w:w="140" w:type="dxa"/>
            </w:tcMar>
          </w:tcPr>
          <w:p w14:paraId="7AB09CFA" w14:textId="77777777" w:rsidR="00013AE3" w:rsidRPr="007A4174" w:rsidRDefault="00000000">
            <w:pPr>
              <w:rPr>
                <w:rFonts w:ascii="Times New Roman" w:hAnsi="Times New Roman" w:cs="Times New Roman"/>
              </w:rPr>
            </w:pPr>
            <w:r w:rsidRPr="007A4174">
              <w:rPr>
                <w:rFonts w:ascii="Times New Roman" w:eastAsia="Aptos" w:hAnsi="Times New Roman" w:cs="Times New Roman"/>
                <w:b/>
                <w:color w:val="A62820"/>
                <w:sz w:val="18"/>
              </w:rPr>
              <w:t>MAMMA MARZIA'S MEMORY</w:t>
            </w:r>
            <w:r w:rsidRPr="007A4174">
              <w:rPr>
                <w:rFonts w:ascii="Times New Roman" w:eastAsia="Aptos" w:hAnsi="Times New Roman" w:cs="Times New Roman"/>
                <w:b/>
                <w:color w:val="A62820"/>
                <w:sz w:val="18"/>
              </w:rPr>
              <w:br/>
            </w:r>
            <w:r w:rsidRPr="007A4174">
              <w:rPr>
                <w:rFonts w:ascii="Times New Roman" w:eastAsia="Aptos" w:hAnsi="Times New Roman" w:cs="Times New Roman"/>
                <w:sz w:val="19"/>
              </w:rPr>
              <w:t>My mother-in-law stretched a clean dishcloth between two chairs and laid the pasta over it. It gave the long sheets plenty of air and kept them separated - a simple Italian kitchen solution that still works beautifully.</w:t>
            </w:r>
          </w:p>
        </w:tc>
      </w:tr>
    </w:tbl>
    <w:p w14:paraId="15F78E19" w14:textId="77777777" w:rsidR="00013AE3" w:rsidRPr="007A4174" w:rsidRDefault="00013AE3">
      <w:pPr>
        <w:spacing w:after="0"/>
        <w:rPr>
          <w:rFonts w:ascii="Times New Roman" w:hAnsi="Times New Roman" w:cs="Times New Roman"/>
        </w:rPr>
      </w:pPr>
    </w:p>
    <w:p w14:paraId="55131F8F" w14:textId="77777777" w:rsidR="00013AE3" w:rsidRPr="007A4174" w:rsidRDefault="00000000">
      <w:pPr>
        <w:rPr>
          <w:rFonts w:ascii="Times New Roman" w:hAnsi="Times New Roman" w:cs="Times New Roman"/>
        </w:rPr>
      </w:pPr>
      <w:r w:rsidRPr="007A4174">
        <w:rPr>
          <w:rFonts w:ascii="Times New Roman" w:eastAsia="Aptos" w:hAnsi="Times New Roman" w:cs="Times New Roman"/>
        </w:rPr>
        <w:t>Important: Fresh pasta made with eggs and raw flour should not remain at room temperature for more than two hours. Drying does not replace thorough cooking.</w:t>
      </w:r>
    </w:p>
    <w:p w14:paraId="59AE9FEB" w14:textId="77777777" w:rsidR="00013AE3" w:rsidRPr="007A4174" w:rsidRDefault="00000000">
      <w:pPr>
        <w:rPr>
          <w:rFonts w:ascii="Times New Roman" w:hAnsi="Times New Roman" w:cs="Times New Roman"/>
        </w:rPr>
      </w:pPr>
      <w:r w:rsidRPr="007A4174">
        <w:rPr>
          <w:rFonts w:ascii="Times New Roman" w:hAnsi="Times New Roman" w:cs="Times New Roman"/>
        </w:rPr>
        <w:br w:type="page"/>
      </w:r>
    </w:p>
    <w:p w14:paraId="1B39D496" w14:textId="77777777" w:rsidR="00013AE3" w:rsidRPr="007A4174" w:rsidRDefault="00000000">
      <w:pPr>
        <w:spacing w:before="120" w:after="100"/>
        <w:rPr>
          <w:rFonts w:ascii="Times New Roman" w:hAnsi="Times New Roman" w:cs="Times New Roman"/>
        </w:rPr>
      </w:pPr>
      <w:r w:rsidRPr="007A4174">
        <w:rPr>
          <w:rFonts w:ascii="Times New Roman" w:eastAsia="Aptos" w:hAnsi="Times New Roman" w:cs="Times New Roman"/>
          <w:b/>
          <w:color w:val="A62820"/>
          <w:sz w:val="16"/>
        </w:rPr>
        <w:lastRenderedPageBreak/>
        <w:t>COOK OR CHILL</w:t>
      </w:r>
    </w:p>
    <w:p w14:paraId="149D4CA5" w14:textId="77777777" w:rsidR="00013AE3" w:rsidRPr="007A4174" w:rsidRDefault="00000000">
      <w:pPr>
        <w:pStyle w:val="Heading1"/>
        <w:rPr>
          <w:rFonts w:ascii="Times New Roman" w:hAnsi="Times New Roman" w:cs="Times New Roman"/>
        </w:rPr>
      </w:pPr>
      <w:r w:rsidRPr="007A4174">
        <w:rPr>
          <w:rFonts w:ascii="Times New Roman" w:hAnsi="Times New Roman" w:cs="Times New Roman"/>
        </w:rPr>
        <w:t>Make loose nests</w:t>
      </w:r>
    </w:p>
    <w:p w14:paraId="71921AB9" w14:textId="77777777" w:rsidR="00013AE3" w:rsidRPr="007A4174" w:rsidRDefault="00000000">
      <w:pPr>
        <w:pStyle w:val="Heading2"/>
        <w:rPr>
          <w:rFonts w:ascii="Times New Roman" w:hAnsi="Times New Roman" w:cs="Times New Roman"/>
        </w:rPr>
      </w:pPr>
      <w:r w:rsidRPr="007A4174">
        <w:rPr>
          <w:rFonts w:ascii="Times New Roman" w:hAnsi="Times New Roman" w:cs="Times New Roman"/>
        </w:rPr>
        <w:t>IF YOU ARE COOKING IT TODAY</w:t>
      </w:r>
    </w:p>
    <w:p w14:paraId="0D1821AC" w14:textId="77777777" w:rsidR="00013AE3" w:rsidRPr="007A4174" w:rsidRDefault="00000000">
      <w:pPr>
        <w:pStyle w:val="ListNumber"/>
        <w:numPr>
          <w:ilvl w:val="0"/>
          <w:numId w:val="11"/>
        </w:numPr>
        <w:spacing w:after="100"/>
        <w:rPr>
          <w:rFonts w:ascii="Times New Roman" w:hAnsi="Times New Roman" w:cs="Times New Roman"/>
        </w:rPr>
      </w:pPr>
      <w:r w:rsidRPr="007A4174">
        <w:rPr>
          <w:rFonts w:ascii="Times New Roman" w:eastAsia="Aptos" w:hAnsi="Times New Roman" w:cs="Times New Roman"/>
        </w:rPr>
        <w:t>After cutting, dust the strands very lightly with semola or flour.</w:t>
      </w:r>
    </w:p>
    <w:p w14:paraId="71D07DB3" w14:textId="77777777" w:rsidR="00013AE3" w:rsidRPr="007A4174" w:rsidRDefault="00000000">
      <w:pPr>
        <w:pStyle w:val="ListNumber"/>
        <w:numPr>
          <w:ilvl w:val="0"/>
          <w:numId w:val="11"/>
        </w:numPr>
        <w:spacing w:after="100"/>
        <w:rPr>
          <w:rFonts w:ascii="Times New Roman" w:hAnsi="Times New Roman" w:cs="Times New Roman"/>
        </w:rPr>
      </w:pPr>
      <w:r w:rsidRPr="007A4174">
        <w:rPr>
          <w:rFonts w:ascii="Times New Roman" w:eastAsia="Aptos" w:hAnsi="Times New Roman" w:cs="Times New Roman"/>
        </w:rPr>
        <w:t>Gather a small portion loosely and twist it into a nest. Do not press or squeeze it.</w:t>
      </w:r>
    </w:p>
    <w:p w14:paraId="66734166" w14:textId="77777777" w:rsidR="00013AE3" w:rsidRPr="007A4174" w:rsidRDefault="00000000">
      <w:pPr>
        <w:pStyle w:val="ListNumber"/>
        <w:numPr>
          <w:ilvl w:val="0"/>
          <w:numId w:val="11"/>
        </w:numPr>
        <w:spacing w:after="100"/>
        <w:rPr>
          <w:rFonts w:ascii="Times New Roman" w:hAnsi="Times New Roman" w:cs="Times New Roman"/>
        </w:rPr>
      </w:pPr>
      <w:r w:rsidRPr="007A4174">
        <w:rPr>
          <w:rFonts w:ascii="Times New Roman" w:eastAsia="Aptos" w:hAnsi="Times New Roman" w:cs="Times New Roman"/>
        </w:rPr>
        <w:t>Place each nest separately on a lightly floured board or clean dishcloth.</w:t>
      </w:r>
    </w:p>
    <w:p w14:paraId="6EA0CC2E" w14:textId="77777777" w:rsidR="00013AE3" w:rsidRPr="007A4174" w:rsidRDefault="00000000">
      <w:pPr>
        <w:pStyle w:val="ListNumber"/>
        <w:numPr>
          <w:ilvl w:val="0"/>
          <w:numId w:val="11"/>
        </w:numPr>
        <w:spacing w:after="100"/>
        <w:rPr>
          <w:rFonts w:ascii="Times New Roman" w:hAnsi="Times New Roman" w:cs="Times New Roman"/>
        </w:rPr>
      </w:pPr>
      <w:r w:rsidRPr="007A4174">
        <w:rPr>
          <w:rFonts w:ascii="Times New Roman" w:eastAsia="Aptos" w:hAnsi="Times New Roman" w:cs="Times New Roman"/>
        </w:rPr>
        <w:t>Keep the nests separated until the pot of salted water is boiling, then cook promptly.</w:t>
      </w:r>
    </w:p>
    <w:tbl>
      <w:tblPr>
        <w:tblW w:w="0" w:type="auto"/>
        <w:jc w:val="center"/>
        <w:tblLayout w:type="fixed"/>
        <w:tblLook w:val="04A0" w:firstRow="1" w:lastRow="0" w:firstColumn="1" w:lastColumn="0" w:noHBand="0" w:noVBand="1"/>
      </w:tblPr>
      <w:tblGrid>
        <w:gridCol w:w="9936"/>
      </w:tblGrid>
      <w:tr w:rsidR="00013AE3" w:rsidRPr="007A4174" w14:paraId="29AE1EE5" w14:textId="77777777">
        <w:trPr>
          <w:jc w:val="center"/>
        </w:trPr>
        <w:tc>
          <w:tcPr>
            <w:tcW w:w="9936" w:type="dxa"/>
            <w:shd w:val="clear" w:color="auto" w:fill="EFE4D4"/>
            <w:tcMar>
              <w:top w:w="100" w:type="dxa"/>
              <w:left w:w="140" w:type="dxa"/>
              <w:bottom w:w="100" w:type="dxa"/>
              <w:right w:w="140" w:type="dxa"/>
            </w:tcMar>
          </w:tcPr>
          <w:p w14:paraId="29C5F0A8" w14:textId="77777777" w:rsidR="00013AE3" w:rsidRPr="007A4174" w:rsidRDefault="00000000">
            <w:pPr>
              <w:rPr>
                <w:rFonts w:ascii="Times New Roman" w:hAnsi="Times New Roman" w:cs="Times New Roman"/>
              </w:rPr>
            </w:pPr>
            <w:r w:rsidRPr="007A4174">
              <w:rPr>
                <w:rFonts w:ascii="Times New Roman" w:eastAsia="Aptos" w:hAnsi="Times New Roman" w:cs="Times New Roman"/>
                <w:b/>
                <w:color w:val="A62820"/>
                <w:sz w:val="18"/>
              </w:rPr>
              <w:t>WHY LOOSE NESTS MATTER</w:t>
            </w:r>
            <w:r w:rsidRPr="007A4174">
              <w:rPr>
                <w:rFonts w:ascii="Times New Roman" w:eastAsia="Aptos" w:hAnsi="Times New Roman" w:cs="Times New Roman"/>
                <w:b/>
                <w:color w:val="A62820"/>
                <w:sz w:val="18"/>
              </w:rPr>
              <w:br/>
            </w:r>
            <w:r w:rsidRPr="007A4174">
              <w:rPr>
                <w:rFonts w:ascii="Times New Roman" w:eastAsia="Aptos" w:hAnsi="Times New Roman" w:cs="Times New Roman"/>
                <w:sz w:val="19"/>
              </w:rPr>
              <w:t>Tight nests trap moisture and can stick together in the centre. Loose nests allow air to move between the strands and make portioning easier.</w:t>
            </w:r>
          </w:p>
        </w:tc>
      </w:tr>
    </w:tbl>
    <w:p w14:paraId="17E40412" w14:textId="77777777" w:rsidR="00013AE3" w:rsidRPr="007A4174" w:rsidRDefault="00013AE3">
      <w:pPr>
        <w:spacing w:after="0"/>
        <w:rPr>
          <w:rFonts w:ascii="Times New Roman" w:hAnsi="Times New Roman" w:cs="Times New Roman"/>
        </w:rPr>
      </w:pPr>
    </w:p>
    <w:p w14:paraId="217CE7F4" w14:textId="77777777" w:rsidR="00013AE3" w:rsidRPr="007A4174" w:rsidRDefault="00000000">
      <w:pPr>
        <w:pStyle w:val="Heading2"/>
        <w:rPr>
          <w:rFonts w:ascii="Times New Roman" w:hAnsi="Times New Roman" w:cs="Times New Roman"/>
        </w:rPr>
      </w:pPr>
      <w:r w:rsidRPr="007A4174">
        <w:rPr>
          <w:rFonts w:ascii="Times New Roman" w:hAnsi="Times New Roman" w:cs="Times New Roman"/>
        </w:rPr>
        <w:t>IF YOU ARE REFRIGERATING IT</w:t>
      </w:r>
    </w:p>
    <w:p w14:paraId="4FDB4512" w14:textId="77777777" w:rsidR="00013AE3" w:rsidRPr="007A4174" w:rsidRDefault="00000000">
      <w:pPr>
        <w:rPr>
          <w:rFonts w:ascii="Times New Roman" w:hAnsi="Times New Roman" w:cs="Times New Roman"/>
        </w:rPr>
      </w:pPr>
      <w:r w:rsidRPr="007A4174">
        <w:rPr>
          <w:rFonts w:ascii="Times New Roman" w:eastAsia="Aptos" w:hAnsi="Times New Roman" w:cs="Times New Roman"/>
        </w:rPr>
        <w:t>Arrange the lightly floured nests in a single layer in a covered food-safe container or on a tray that can be covered well. Refrigerate promptly and use within three days. For the best texture, I prefer using it sooner.</w:t>
      </w:r>
    </w:p>
    <w:p w14:paraId="29F59DAE" w14:textId="77777777" w:rsidR="00013AE3" w:rsidRPr="007A4174" w:rsidRDefault="00000000">
      <w:pPr>
        <w:rPr>
          <w:rFonts w:ascii="Times New Roman" w:hAnsi="Times New Roman" w:cs="Times New Roman"/>
        </w:rPr>
      </w:pPr>
      <w:r w:rsidRPr="007A4174">
        <w:rPr>
          <w:rFonts w:ascii="Times New Roman" w:eastAsia="Aptos" w:hAnsi="Times New Roman" w:cs="Times New Roman"/>
        </w:rPr>
        <w:t>Label it: Write the pasta type and preparation date on the container. If the pasta develops an unusual smell, colour or slimy texture, discard it.</w:t>
      </w:r>
    </w:p>
    <w:p w14:paraId="4EAEE364" w14:textId="77777777" w:rsidR="00013AE3" w:rsidRPr="007A4174" w:rsidRDefault="00000000">
      <w:pPr>
        <w:rPr>
          <w:rFonts w:ascii="Times New Roman" w:hAnsi="Times New Roman" w:cs="Times New Roman"/>
        </w:rPr>
      </w:pPr>
      <w:r w:rsidRPr="007A4174">
        <w:rPr>
          <w:rFonts w:ascii="Times New Roman" w:eastAsia="Aptos" w:hAnsi="Times New Roman" w:cs="Times New Roman"/>
        </w:rPr>
        <w:t>Never taste raw pasta dough. Raw eggs and raw flour can contain harmful bacteria. The safety step is thorough cooking - not tasting the dough and not simply drying it.</w:t>
      </w:r>
    </w:p>
    <w:p w14:paraId="26566299" w14:textId="77777777" w:rsidR="00013AE3" w:rsidRPr="007A4174" w:rsidRDefault="00000000">
      <w:pPr>
        <w:rPr>
          <w:rFonts w:ascii="Times New Roman" w:hAnsi="Times New Roman" w:cs="Times New Roman"/>
        </w:rPr>
      </w:pPr>
      <w:r w:rsidRPr="007A4174">
        <w:rPr>
          <w:rFonts w:ascii="Times New Roman" w:hAnsi="Times New Roman" w:cs="Times New Roman"/>
        </w:rPr>
        <w:br w:type="page"/>
      </w:r>
    </w:p>
    <w:p w14:paraId="5B11574E" w14:textId="77777777" w:rsidR="00013AE3" w:rsidRPr="007A4174" w:rsidRDefault="00000000">
      <w:pPr>
        <w:spacing w:before="120" w:after="100"/>
        <w:rPr>
          <w:rFonts w:ascii="Times New Roman" w:hAnsi="Times New Roman" w:cs="Times New Roman"/>
        </w:rPr>
      </w:pPr>
      <w:r w:rsidRPr="007A4174">
        <w:rPr>
          <w:rFonts w:ascii="Times New Roman" w:eastAsia="Aptos" w:hAnsi="Times New Roman" w:cs="Times New Roman"/>
          <w:b/>
          <w:color w:val="A62820"/>
          <w:sz w:val="16"/>
        </w:rPr>
        <w:lastRenderedPageBreak/>
        <w:t>FREEZE FOR LATER</w:t>
      </w:r>
    </w:p>
    <w:p w14:paraId="434F2F5E" w14:textId="77777777" w:rsidR="00013AE3" w:rsidRPr="007A4174" w:rsidRDefault="00000000">
      <w:pPr>
        <w:pStyle w:val="Heading1"/>
        <w:rPr>
          <w:rFonts w:ascii="Times New Roman" w:hAnsi="Times New Roman" w:cs="Times New Roman"/>
        </w:rPr>
      </w:pPr>
      <w:r w:rsidRPr="007A4174">
        <w:rPr>
          <w:rFonts w:ascii="Times New Roman" w:hAnsi="Times New Roman" w:cs="Times New Roman"/>
        </w:rPr>
        <w:t>How to freeze fresh pasta nests</w:t>
      </w:r>
    </w:p>
    <w:p w14:paraId="4FD8EF6E" w14:textId="77777777" w:rsidR="00013AE3" w:rsidRPr="007A4174" w:rsidRDefault="00000000">
      <w:pPr>
        <w:pStyle w:val="ListNumber"/>
        <w:numPr>
          <w:ilvl w:val="0"/>
          <w:numId w:val="12"/>
        </w:numPr>
        <w:spacing w:after="100"/>
        <w:rPr>
          <w:rFonts w:ascii="Times New Roman" w:hAnsi="Times New Roman" w:cs="Times New Roman"/>
        </w:rPr>
      </w:pPr>
      <w:r w:rsidRPr="007A4174">
        <w:rPr>
          <w:rFonts w:ascii="Times New Roman" w:eastAsia="Aptos" w:hAnsi="Times New Roman" w:cs="Times New Roman"/>
        </w:rPr>
        <w:t>Make loose, lightly floured nests and place them in a single layer on a baking sheet or freezer-safe tray.</w:t>
      </w:r>
    </w:p>
    <w:p w14:paraId="50663756" w14:textId="77777777" w:rsidR="00013AE3" w:rsidRPr="007A4174" w:rsidRDefault="00000000">
      <w:pPr>
        <w:pStyle w:val="ListNumber"/>
        <w:numPr>
          <w:ilvl w:val="0"/>
          <w:numId w:val="12"/>
        </w:numPr>
        <w:spacing w:after="100"/>
        <w:rPr>
          <w:rFonts w:ascii="Times New Roman" w:hAnsi="Times New Roman" w:cs="Times New Roman"/>
        </w:rPr>
      </w:pPr>
      <w:r w:rsidRPr="007A4174">
        <w:rPr>
          <w:rFonts w:ascii="Times New Roman" w:eastAsia="Aptos" w:hAnsi="Times New Roman" w:cs="Times New Roman"/>
        </w:rPr>
        <w:t>Leave space between the nests so they do not freeze together.</w:t>
      </w:r>
    </w:p>
    <w:p w14:paraId="7C65B90D" w14:textId="77777777" w:rsidR="00013AE3" w:rsidRPr="007A4174" w:rsidRDefault="00000000">
      <w:pPr>
        <w:pStyle w:val="ListNumber"/>
        <w:numPr>
          <w:ilvl w:val="0"/>
          <w:numId w:val="12"/>
        </w:numPr>
        <w:spacing w:after="100"/>
        <w:rPr>
          <w:rFonts w:ascii="Times New Roman" w:hAnsi="Times New Roman" w:cs="Times New Roman"/>
        </w:rPr>
      </w:pPr>
      <w:r w:rsidRPr="007A4174">
        <w:rPr>
          <w:rFonts w:ascii="Times New Roman" w:eastAsia="Aptos" w:hAnsi="Times New Roman" w:cs="Times New Roman"/>
        </w:rPr>
        <w:t>Freeze for approximately two hours, or until every nest is completely firm.</w:t>
      </w:r>
    </w:p>
    <w:p w14:paraId="65792D9E" w14:textId="77777777" w:rsidR="00013AE3" w:rsidRPr="007A4174" w:rsidRDefault="00000000">
      <w:pPr>
        <w:pStyle w:val="ListNumber"/>
        <w:numPr>
          <w:ilvl w:val="0"/>
          <w:numId w:val="12"/>
        </w:numPr>
        <w:spacing w:after="100"/>
        <w:rPr>
          <w:rFonts w:ascii="Times New Roman" w:hAnsi="Times New Roman" w:cs="Times New Roman"/>
        </w:rPr>
      </w:pPr>
      <w:r w:rsidRPr="007A4174">
        <w:rPr>
          <w:rFonts w:ascii="Times New Roman" w:eastAsia="Aptos" w:hAnsi="Times New Roman" w:cs="Times New Roman"/>
        </w:rPr>
        <w:t>Transfer the frozen nests to a freezer-safe bag or airtight container.</w:t>
      </w:r>
    </w:p>
    <w:p w14:paraId="74D7F703" w14:textId="77777777" w:rsidR="00013AE3" w:rsidRPr="007A4174" w:rsidRDefault="00000000">
      <w:pPr>
        <w:pStyle w:val="ListNumber"/>
        <w:numPr>
          <w:ilvl w:val="0"/>
          <w:numId w:val="12"/>
        </w:numPr>
        <w:spacing w:after="100"/>
        <w:rPr>
          <w:rFonts w:ascii="Times New Roman" w:hAnsi="Times New Roman" w:cs="Times New Roman"/>
        </w:rPr>
      </w:pPr>
      <w:r w:rsidRPr="007A4174">
        <w:rPr>
          <w:rFonts w:ascii="Times New Roman" w:eastAsia="Aptos" w:hAnsi="Times New Roman" w:cs="Times New Roman"/>
        </w:rPr>
        <w:t>Remove as much air as practical, seal well and label with the pasta type and date.</w:t>
      </w:r>
    </w:p>
    <w:tbl>
      <w:tblPr>
        <w:tblW w:w="0" w:type="auto"/>
        <w:jc w:val="center"/>
        <w:tblLayout w:type="fixed"/>
        <w:tblLook w:val="04A0" w:firstRow="1" w:lastRow="0" w:firstColumn="1" w:lastColumn="0" w:noHBand="0" w:noVBand="1"/>
      </w:tblPr>
      <w:tblGrid>
        <w:gridCol w:w="9936"/>
      </w:tblGrid>
      <w:tr w:rsidR="00013AE3" w:rsidRPr="007A4174" w14:paraId="660164AE" w14:textId="77777777">
        <w:trPr>
          <w:jc w:val="center"/>
        </w:trPr>
        <w:tc>
          <w:tcPr>
            <w:tcW w:w="9936" w:type="dxa"/>
            <w:shd w:val="clear" w:color="auto" w:fill="EFE4D4"/>
            <w:tcMar>
              <w:top w:w="100" w:type="dxa"/>
              <w:left w:w="140" w:type="dxa"/>
              <w:bottom w:w="100" w:type="dxa"/>
              <w:right w:w="140" w:type="dxa"/>
            </w:tcMar>
          </w:tcPr>
          <w:p w14:paraId="1C2C2E85" w14:textId="77777777" w:rsidR="00013AE3" w:rsidRPr="007A4174" w:rsidRDefault="00000000">
            <w:pPr>
              <w:rPr>
                <w:rFonts w:ascii="Times New Roman" w:hAnsi="Times New Roman" w:cs="Times New Roman"/>
              </w:rPr>
            </w:pPr>
            <w:r w:rsidRPr="007A4174">
              <w:rPr>
                <w:rFonts w:ascii="Times New Roman" w:eastAsia="Aptos" w:hAnsi="Times New Roman" w:cs="Times New Roman"/>
                <w:b/>
                <w:color w:val="A62820"/>
                <w:sz w:val="18"/>
              </w:rPr>
              <w:t>COOK STRAIGHT FROM FROZEN</w:t>
            </w:r>
            <w:r w:rsidRPr="007A4174">
              <w:rPr>
                <w:rFonts w:ascii="Times New Roman" w:eastAsia="Aptos" w:hAnsi="Times New Roman" w:cs="Times New Roman"/>
                <w:b/>
                <w:color w:val="A62820"/>
                <w:sz w:val="18"/>
              </w:rPr>
              <w:br/>
            </w:r>
            <w:r w:rsidRPr="007A4174">
              <w:rPr>
                <w:rFonts w:ascii="Times New Roman" w:eastAsia="Aptos" w:hAnsi="Times New Roman" w:cs="Times New Roman"/>
                <w:sz w:val="19"/>
              </w:rPr>
              <w:t>Do not defrost the nests. Add them directly to plenty of boiling salted water. Stir gently after the strands begin to soften, then taste early because fresh pasta cooks quickly.</w:t>
            </w:r>
          </w:p>
        </w:tc>
      </w:tr>
    </w:tbl>
    <w:p w14:paraId="5E80422C" w14:textId="77777777" w:rsidR="00013AE3" w:rsidRPr="007A4174" w:rsidRDefault="00013AE3">
      <w:pPr>
        <w:spacing w:after="0"/>
        <w:rPr>
          <w:rFonts w:ascii="Times New Roman" w:hAnsi="Times New Roman" w:cs="Times New Roman"/>
        </w:rPr>
      </w:pPr>
    </w:p>
    <w:p w14:paraId="79777F74" w14:textId="77777777" w:rsidR="00013AE3" w:rsidRPr="007A4174" w:rsidRDefault="00000000">
      <w:pPr>
        <w:pStyle w:val="Heading2"/>
        <w:rPr>
          <w:rFonts w:ascii="Times New Roman" w:hAnsi="Times New Roman" w:cs="Times New Roman"/>
        </w:rPr>
      </w:pPr>
      <w:r w:rsidRPr="007A4174">
        <w:rPr>
          <w:rFonts w:ascii="Times New Roman" w:hAnsi="Times New Roman" w:cs="Times New Roman"/>
        </w:rPr>
        <w:t>YOUR QUICK-REFERENCE CHECKLIST</w:t>
      </w:r>
    </w:p>
    <w:tbl>
      <w:tblPr>
        <w:tblW w:w="0" w:type="auto"/>
        <w:jc w:val="center"/>
        <w:tblLayout w:type="fixed"/>
        <w:tblLook w:val="04A0" w:firstRow="1" w:lastRow="0" w:firstColumn="1" w:lastColumn="0" w:noHBand="0" w:noVBand="1"/>
      </w:tblPr>
      <w:tblGrid>
        <w:gridCol w:w="3312"/>
        <w:gridCol w:w="3312"/>
        <w:gridCol w:w="3312"/>
      </w:tblGrid>
      <w:tr w:rsidR="00013AE3" w:rsidRPr="007A4174" w14:paraId="4BB48582" w14:textId="77777777">
        <w:trPr>
          <w:tblHeader/>
          <w:jc w:val="center"/>
        </w:trPr>
        <w:tc>
          <w:tcPr>
            <w:tcW w:w="3312" w:type="dxa"/>
            <w:shd w:val="clear" w:color="auto" w:fill="EFE4D4"/>
            <w:tcMar>
              <w:top w:w="100" w:type="dxa"/>
              <w:left w:w="140" w:type="dxa"/>
              <w:bottom w:w="100" w:type="dxa"/>
              <w:right w:w="140" w:type="dxa"/>
            </w:tcMar>
          </w:tcPr>
          <w:p w14:paraId="78616D70" w14:textId="77777777" w:rsidR="00013AE3" w:rsidRPr="007A4174" w:rsidRDefault="00000000">
            <w:pPr>
              <w:rPr>
                <w:rFonts w:ascii="Times New Roman" w:hAnsi="Times New Roman" w:cs="Times New Roman"/>
              </w:rPr>
            </w:pPr>
            <w:r w:rsidRPr="007A4174">
              <w:rPr>
                <w:rFonts w:ascii="Times New Roman" w:eastAsia="Aptos" w:hAnsi="Times New Roman" w:cs="Times New Roman"/>
                <w:b/>
                <w:color w:val="A62820"/>
                <w:sz w:val="17"/>
              </w:rPr>
              <w:t>COOK TODAY</w:t>
            </w:r>
          </w:p>
        </w:tc>
        <w:tc>
          <w:tcPr>
            <w:tcW w:w="3312" w:type="dxa"/>
            <w:shd w:val="clear" w:color="auto" w:fill="EFE4D4"/>
            <w:tcMar>
              <w:top w:w="100" w:type="dxa"/>
              <w:left w:w="140" w:type="dxa"/>
              <w:bottom w:w="100" w:type="dxa"/>
              <w:right w:w="140" w:type="dxa"/>
            </w:tcMar>
          </w:tcPr>
          <w:p w14:paraId="4CB05BE5" w14:textId="77777777" w:rsidR="00013AE3" w:rsidRPr="007A4174" w:rsidRDefault="00000000">
            <w:pPr>
              <w:rPr>
                <w:rFonts w:ascii="Times New Roman" w:hAnsi="Times New Roman" w:cs="Times New Roman"/>
              </w:rPr>
            </w:pPr>
            <w:r w:rsidRPr="007A4174">
              <w:rPr>
                <w:rFonts w:ascii="Times New Roman" w:eastAsia="Aptos" w:hAnsi="Times New Roman" w:cs="Times New Roman"/>
                <w:b/>
                <w:color w:val="A62820"/>
                <w:sz w:val="17"/>
              </w:rPr>
              <w:t>REFRIGERATE</w:t>
            </w:r>
          </w:p>
        </w:tc>
        <w:tc>
          <w:tcPr>
            <w:tcW w:w="3312" w:type="dxa"/>
            <w:shd w:val="clear" w:color="auto" w:fill="EFE4D4"/>
            <w:tcMar>
              <w:top w:w="100" w:type="dxa"/>
              <w:left w:w="140" w:type="dxa"/>
              <w:bottom w:w="100" w:type="dxa"/>
              <w:right w:w="140" w:type="dxa"/>
            </w:tcMar>
          </w:tcPr>
          <w:p w14:paraId="24C243EC" w14:textId="77777777" w:rsidR="00013AE3" w:rsidRPr="007A4174" w:rsidRDefault="00000000">
            <w:pPr>
              <w:rPr>
                <w:rFonts w:ascii="Times New Roman" w:hAnsi="Times New Roman" w:cs="Times New Roman"/>
              </w:rPr>
            </w:pPr>
            <w:r w:rsidRPr="007A4174">
              <w:rPr>
                <w:rFonts w:ascii="Times New Roman" w:eastAsia="Aptos" w:hAnsi="Times New Roman" w:cs="Times New Roman"/>
                <w:b/>
                <w:color w:val="A62820"/>
                <w:sz w:val="17"/>
              </w:rPr>
              <w:t>FREEZE</w:t>
            </w:r>
          </w:p>
        </w:tc>
      </w:tr>
      <w:tr w:rsidR="00013AE3" w:rsidRPr="007A4174" w14:paraId="55F40E0F" w14:textId="77777777">
        <w:trPr>
          <w:jc w:val="center"/>
        </w:trPr>
        <w:tc>
          <w:tcPr>
            <w:tcW w:w="3312" w:type="dxa"/>
            <w:tcMar>
              <w:top w:w="100" w:type="dxa"/>
              <w:left w:w="140" w:type="dxa"/>
              <w:bottom w:w="100" w:type="dxa"/>
              <w:right w:w="140" w:type="dxa"/>
            </w:tcMar>
          </w:tcPr>
          <w:p w14:paraId="67729EB8" w14:textId="77777777" w:rsidR="00013AE3" w:rsidRPr="007A4174" w:rsidRDefault="00000000">
            <w:pPr>
              <w:rPr>
                <w:rFonts w:ascii="Times New Roman" w:hAnsi="Times New Roman" w:cs="Times New Roman"/>
              </w:rPr>
            </w:pPr>
            <w:r w:rsidRPr="007A4174">
              <w:rPr>
                <w:rFonts w:ascii="Times New Roman" w:eastAsia="Aptos" w:hAnsi="Times New Roman" w:cs="Times New Roman"/>
                <w:sz w:val="16"/>
              </w:rPr>
              <w:t>Dry slightly</w:t>
            </w:r>
            <w:r w:rsidRPr="007A4174">
              <w:rPr>
                <w:rFonts w:ascii="Times New Roman" w:eastAsia="Aptos" w:hAnsi="Times New Roman" w:cs="Times New Roman"/>
                <w:sz w:val="16"/>
              </w:rPr>
              <w:br/>
              <w:t>Cut and form loose nests</w:t>
            </w:r>
            <w:r w:rsidRPr="007A4174">
              <w:rPr>
                <w:rFonts w:ascii="Times New Roman" w:eastAsia="Aptos" w:hAnsi="Times New Roman" w:cs="Times New Roman"/>
                <w:sz w:val="16"/>
              </w:rPr>
              <w:br/>
              <w:t>Cook promptly</w:t>
            </w:r>
          </w:p>
        </w:tc>
        <w:tc>
          <w:tcPr>
            <w:tcW w:w="3312" w:type="dxa"/>
            <w:tcMar>
              <w:top w:w="100" w:type="dxa"/>
              <w:left w:w="140" w:type="dxa"/>
              <w:bottom w:w="100" w:type="dxa"/>
              <w:right w:w="140" w:type="dxa"/>
            </w:tcMar>
          </w:tcPr>
          <w:p w14:paraId="333FF886" w14:textId="77777777" w:rsidR="00013AE3" w:rsidRPr="007A4174" w:rsidRDefault="00000000">
            <w:pPr>
              <w:rPr>
                <w:rFonts w:ascii="Times New Roman" w:hAnsi="Times New Roman" w:cs="Times New Roman"/>
              </w:rPr>
            </w:pPr>
            <w:r w:rsidRPr="007A4174">
              <w:rPr>
                <w:rFonts w:ascii="Times New Roman" w:eastAsia="Aptos" w:hAnsi="Times New Roman" w:cs="Times New Roman"/>
                <w:sz w:val="16"/>
              </w:rPr>
              <w:t>Cover and chill promptly</w:t>
            </w:r>
            <w:r w:rsidRPr="007A4174">
              <w:rPr>
                <w:rFonts w:ascii="Times New Roman" w:eastAsia="Aptos" w:hAnsi="Times New Roman" w:cs="Times New Roman"/>
                <w:sz w:val="16"/>
              </w:rPr>
              <w:br/>
              <w:t>Use within 3 days</w:t>
            </w:r>
            <w:r w:rsidRPr="007A4174">
              <w:rPr>
                <w:rFonts w:ascii="Times New Roman" w:eastAsia="Aptos" w:hAnsi="Times New Roman" w:cs="Times New Roman"/>
                <w:sz w:val="16"/>
              </w:rPr>
              <w:br/>
              <w:t>Preferably use sooner</w:t>
            </w:r>
          </w:p>
        </w:tc>
        <w:tc>
          <w:tcPr>
            <w:tcW w:w="3312" w:type="dxa"/>
            <w:tcMar>
              <w:top w:w="100" w:type="dxa"/>
              <w:left w:w="140" w:type="dxa"/>
              <w:bottom w:w="100" w:type="dxa"/>
              <w:right w:w="140" w:type="dxa"/>
            </w:tcMar>
          </w:tcPr>
          <w:p w14:paraId="382DF3F0" w14:textId="77777777" w:rsidR="00013AE3" w:rsidRPr="007A4174" w:rsidRDefault="00000000">
            <w:pPr>
              <w:rPr>
                <w:rFonts w:ascii="Times New Roman" w:hAnsi="Times New Roman" w:cs="Times New Roman"/>
              </w:rPr>
            </w:pPr>
            <w:r w:rsidRPr="007A4174">
              <w:rPr>
                <w:rFonts w:ascii="Times New Roman" w:eastAsia="Aptos" w:hAnsi="Times New Roman" w:cs="Times New Roman"/>
                <w:sz w:val="16"/>
              </w:rPr>
              <w:t>Freeze nests separately</w:t>
            </w:r>
            <w:r w:rsidRPr="007A4174">
              <w:rPr>
                <w:rFonts w:ascii="Times New Roman" w:eastAsia="Aptos" w:hAnsi="Times New Roman" w:cs="Times New Roman"/>
                <w:sz w:val="16"/>
              </w:rPr>
              <w:br/>
              <w:t>Bag only when solid</w:t>
            </w:r>
            <w:r w:rsidRPr="007A4174">
              <w:rPr>
                <w:rFonts w:ascii="Times New Roman" w:eastAsia="Aptos" w:hAnsi="Times New Roman" w:cs="Times New Roman"/>
                <w:sz w:val="16"/>
              </w:rPr>
              <w:br/>
              <w:t>Cook without defrosting</w:t>
            </w:r>
          </w:p>
        </w:tc>
      </w:tr>
    </w:tbl>
    <w:p w14:paraId="0ECC476B" w14:textId="77777777" w:rsidR="00013AE3" w:rsidRPr="007A4174" w:rsidRDefault="00000000">
      <w:pPr>
        <w:spacing w:before="160"/>
        <w:rPr>
          <w:rFonts w:ascii="Times New Roman" w:hAnsi="Times New Roman" w:cs="Times New Roman"/>
        </w:rPr>
      </w:pPr>
      <w:r w:rsidRPr="007A4174">
        <w:rPr>
          <w:rFonts w:ascii="Times New Roman" w:eastAsia="Aptos" w:hAnsi="Times New Roman" w:cs="Times New Roman"/>
          <w:b/>
        </w:rPr>
        <w:t>Cooking with love,</w:t>
      </w:r>
      <w:r w:rsidRPr="007A4174">
        <w:rPr>
          <w:rFonts w:ascii="Times New Roman" w:eastAsia="Aptos" w:hAnsi="Times New Roman" w:cs="Times New Roman"/>
          <w:b/>
        </w:rPr>
        <w:br/>
        <w:t>Mamma Marzia</w:t>
      </w:r>
    </w:p>
    <w:tbl>
      <w:tblPr>
        <w:tblW w:w="0" w:type="auto"/>
        <w:jc w:val="center"/>
        <w:tblLayout w:type="fixed"/>
        <w:tblLook w:val="04A0" w:firstRow="1" w:lastRow="0" w:firstColumn="1" w:lastColumn="0" w:noHBand="0" w:noVBand="1"/>
      </w:tblPr>
      <w:tblGrid>
        <w:gridCol w:w="9936"/>
      </w:tblGrid>
      <w:tr w:rsidR="00013AE3" w:rsidRPr="007A4174" w14:paraId="21D680C5" w14:textId="77777777">
        <w:trPr>
          <w:jc w:val="center"/>
        </w:trPr>
        <w:tc>
          <w:tcPr>
            <w:tcW w:w="9936" w:type="dxa"/>
            <w:shd w:val="clear" w:color="auto" w:fill="EFE4D4"/>
            <w:tcMar>
              <w:top w:w="100" w:type="dxa"/>
              <w:left w:w="140" w:type="dxa"/>
              <w:bottom w:w="100" w:type="dxa"/>
              <w:right w:w="140" w:type="dxa"/>
            </w:tcMar>
          </w:tcPr>
          <w:p w14:paraId="4DDC91E9" w14:textId="1C6966F4" w:rsidR="00013AE3" w:rsidRPr="007A4174" w:rsidRDefault="00000000">
            <w:pPr>
              <w:rPr>
                <w:rFonts w:ascii="Times New Roman" w:hAnsi="Times New Roman" w:cs="Times New Roman"/>
              </w:rPr>
            </w:pPr>
            <w:r w:rsidRPr="007A4174">
              <w:rPr>
                <w:rFonts w:ascii="Times New Roman" w:eastAsia="Aptos" w:hAnsi="Times New Roman" w:cs="Times New Roman"/>
                <w:b/>
                <w:color w:val="A62820"/>
                <w:sz w:val="18"/>
              </w:rPr>
              <w:t>LET'S STAY CONNECTED</w:t>
            </w:r>
            <w:r w:rsidRPr="007A4174">
              <w:rPr>
                <w:rFonts w:ascii="Times New Roman" w:eastAsia="Aptos" w:hAnsi="Times New Roman" w:cs="Times New Roman"/>
                <w:b/>
                <w:color w:val="A62820"/>
                <w:sz w:val="18"/>
              </w:rPr>
              <w:br/>
            </w:r>
            <w:r w:rsidRPr="007A4174">
              <w:rPr>
                <w:rFonts w:ascii="Times New Roman" w:eastAsia="Aptos" w:hAnsi="Times New Roman" w:cs="Times New Roman"/>
                <w:sz w:val="19"/>
              </w:rPr>
              <w:t>Follow @bellacibo for Italian home cooking, pasta lessons and family kitchen stories.</w:t>
            </w:r>
            <w:r w:rsidRPr="007A4174">
              <w:rPr>
                <w:rFonts w:ascii="Times New Roman" w:eastAsia="Aptos" w:hAnsi="Times New Roman" w:cs="Times New Roman"/>
                <w:sz w:val="19"/>
              </w:rPr>
              <w:br/>
            </w:r>
            <w:r w:rsidRPr="007A4174">
              <w:rPr>
                <w:rFonts w:ascii="Times New Roman" w:eastAsia="Aptos" w:hAnsi="Times New Roman" w:cs="Times New Roman"/>
                <w:sz w:val="19"/>
              </w:rPr>
              <w:br/>
              <w:t xml:space="preserve">Visit </w:t>
            </w:r>
            <w:hyperlink r:id="rId8" w:history="1">
              <w:r w:rsidR="007A4174" w:rsidRPr="002E2544">
                <w:rPr>
                  <w:rStyle w:val="Hyperlink"/>
                  <w:rFonts w:ascii="Times New Roman" w:eastAsia="Aptos" w:hAnsi="Times New Roman" w:cs="Times New Roman"/>
                  <w:sz w:val="19"/>
                </w:rPr>
                <w:t>www.mammamarzia.ca</w:t>
              </w:r>
            </w:hyperlink>
            <w:r w:rsidR="007A4174">
              <w:rPr>
                <w:rFonts w:ascii="Times New Roman" w:eastAsia="Aptos" w:hAnsi="Times New Roman" w:cs="Times New Roman"/>
                <w:sz w:val="19"/>
              </w:rPr>
              <w:t xml:space="preserve"> </w:t>
            </w:r>
            <w:r w:rsidRPr="007A4174">
              <w:rPr>
                <w:rFonts w:ascii="Times New Roman" w:eastAsia="Aptos" w:hAnsi="Times New Roman" w:cs="Times New Roman"/>
                <w:sz w:val="19"/>
              </w:rPr>
              <w:t xml:space="preserve"> to discover my cookbook, Cooking with Mamma Marzia, with more recipes and stories from my Italian kitchen.</w:t>
            </w:r>
          </w:p>
        </w:tc>
      </w:tr>
    </w:tbl>
    <w:p w14:paraId="3D16D956" w14:textId="77777777" w:rsidR="00013AE3" w:rsidRPr="007A4174" w:rsidRDefault="00013AE3">
      <w:pPr>
        <w:spacing w:after="0"/>
        <w:rPr>
          <w:rFonts w:ascii="Times New Roman" w:hAnsi="Times New Roman" w:cs="Times New Roman"/>
        </w:rPr>
      </w:pPr>
    </w:p>
    <w:sectPr w:rsidR="00013AE3" w:rsidRPr="007A4174" w:rsidSect="00034616">
      <w:headerReference w:type="default" r:id="rId9"/>
      <w:footerReference w:type="default" r:id="rId10"/>
      <w:pgSz w:w="12240" w:h="15840"/>
      <w:pgMar w:top="1037" w:right="1152" w:bottom="936"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45224" w14:textId="77777777" w:rsidR="004A1868" w:rsidRDefault="004A1868">
      <w:pPr>
        <w:spacing w:after="0" w:line="240" w:lineRule="auto"/>
      </w:pPr>
      <w:r>
        <w:separator/>
      </w:r>
    </w:p>
  </w:endnote>
  <w:endnote w:type="continuationSeparator" w:id="0">
    <w:p w14:paraId="19026E84" w14:textId="77777777" w:rsidR="004A1868" w:rsidRDefault="004A1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C2C57" w14:textId="77777777" w:rsidR="00013AE3" w:rsidRDefault="00000000">
    <w:pPr>
      <w:pStyle w:val="Footer"/>
      <w:jc w:val="right"/>
    </w:pPr>
    <w:r>
      <w:rPr>
        <w:rFonts w:eastAsia="Aptos"/>
        <w:color w:val="6D7764"/>
        <w:sz w:val="14"/>
      </w:rPr>
      <w:t xml:space="preserve">Page </w:t>
    </w:r>
    <w:r>
      <w:fldChar w:fldCharType="begin"/>
    </w:r>
    <w:r>
      <w:instrText>PAGE</w:instrText>
    </w:r>
    <w:r>
      <w:fldChar w:fldCharType="separate"/>
    </w:r>
    <w:r w:rsidR="007A417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F574F" w14:textId="77777777" w:rsidR="004A1868" w:rsidRDefault="004A1868">
      <w:pPr>
        <w:spacing w:after="0" w:line="240" w:lineRule="auto"/>
      </w:pPr>
      <w:r>
        <w:separator/>
      </w:r>
    </w:p>
  </w:footnote>
  <w:footnote w:type="continuationSeparator" w:id="0">
    <w:p w14:paraId="54821E0B" w14:textId="77777777" w:rsidR="004A1868" w:rsidRDefault="004A1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7B747" w14:textId="77777777" w:rsidR="00013AE3" w:rsidRDefault="00000000">
    <w:pPr>
      <w:pStyle w:val="Header"/>
      <w:pBdr>
        <w:bottom w:val="single" w:sz="6" w:space="0" w:color="C89B52"/>
      </w:pBdr>
    </w:pPr>
    <w:r>
      <w:rPr>
        <w:rFonts w:eastAsia="Aptos"/>
        <w:b/>
        <w:color w:val="A62820"/>
        <w:sz w:val="14"/>
      </w:rPr>
      <w:t>BELLA CIBO | COOKING WITH LOVE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91065190">
    <w:abstractNumId w:val="8"/>
  </w:num>
  <w:num w:numId="2" w16cid:durableId="32855229">
    <w:abstractNumId w:val="6"/>
  </w:num>
  <w:num w:numId="3" w16cid:durableId="2056586922">
    <w:abstractNumId w:val="5"/>
  </w:num>
  <w:num w:numId="4" w16cid:durableId="1567688709">
    <w:abstractNumId w:val="4"/>
  </w:num>
  <w:num w:numId="5" w16cid:durableId="2100327112">
    <w:abstractNumId w:val="7"/>
  </w:num>
  <w:num w:numId="6" w16cid:durableId="46803233">
    <w:abstractNumId w:val="3"/>
  </w:num>
  <w:num w:numId="7" w16cid:durableId="1960841237">
    <w:abstractNumId w:val="2"/>
  </w:num>
  <w:num w:numId="8" w16cid:durableId="445008742">
    <w:abstractNumId w:val="1"/>
  </w:num>
  <w:num w:numId="9" w16cid:durableId="1902475167">
    <w:abstractNumId w:val="0"/>
  </w:num>
  <w:num w:numId="10" w16cid:durableId="471409885">
    <w:abstractNumId w:val="7"/>
    <w:lvlOverride w:ilvl="0">
      <w:startOverride w:val="1"/>
    </w:lvlOverride>
  </w:num>
  <w:num w:numId="11" w16cid:durableId="1088498164">
    <w:abstractNumId w:val="7"/>
    <w:lvlOverride w:ilvl="0">
      <w:startOverride w:val="1"/>
    </w:lvlOverride>
  </w:num>
  <w:num w:numId="12" w16cid:durableId="652221867">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54C"/>
    <w:rsid w:val="00013AE3"/>
    <w:rsid w:val="00034616"/>
    <w:rsid w:val="0006063C"/>
    <w:rsid w:val="0015074B"/>
    <w:rsid w:val="0029639D"/>
    <w:rsid w:val="00326F90"/>
    <w:rsid w:val="004A1868"/>
    <w:rsid w:val="007A417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FD6128"/>
  <w14:defaultImageDpi w14:val="300"/>
  <w15:docId w15:val="{12674DB2-1E65-4360-A55D-28674FEDE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hAnsi="Aptos"/>
      <w:color w:val="26231F"/>
      <w:sz w:val="20"/>
    </w:rPr>
  </w:style>
  <w:style w:type="paragraph" w:styleId="Heading1">
    <w:name w:val="heading 1"/>
    <w:basedOn w:val="Normal"/>
    <w:next w:val="Normal"/>
    <w:link w:val="Heading1Char"/>
    <w:uiPriority w:val="9"/>
    <w:qFormat/>
    <w:rsid w:val="00FC693F"/>
    <w:pPr>
      <w:keepNext/>
      <w:keepLines/>
      <w:spacing w:before="160" w:after="160"/>
      <w:outlineLvl w:val="0"/>
    </w:pPr>
    <w:rPr>
      <w:rFonts w:asciiTheme="majorHAnsi" w:eastAsiaTheme="majorEastAsia" w:hAnsiTheme="majorHAnsi" w:cstheme="majorBidi"/>
      <w:b/>
      <w:bCs/>
      <w:sz w:val="42"/>
      <w:szCs w:val="28"/>
    </w:rPr>
  </w:style>
  <w:style w:type="paragraph" w:styleId="Heading2">
    <w:name w:val="heading 2"/>
    <w:basedOn w:val="Normal"/>
    <w:next w:val="Normal"/>
    <w:link w:val="Heading2Char"/>
    <w:uiPriority w:val="9"/>
    <w:unhideWhenUsed/>
    <w:qFormat/>
    <w:rsid w:val="00FC693F"/>
    <w:pPr>
      <w:keepNext/>
      <w:keepLines/>
      <w:spacing w:before="160" w:after="160"/>
      <w:outlineLvl w:val="1"/>
    </w:pPr>
    <w:rPr>
      <w:rFonts w:asciiTheme="majorHAnsi" w:eastAsiaTheme="majorEastAsia" w:hAnsiTheme="majorHAnsi" w:cstheme="majorBidi"/>
      <w:b/>
      <w:bCs/>
      <w:color w:val="A6282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60" w:after="160" w:line="240" w:lineRule="auto"/>
      <w:contextualSpacing/>
    </w:pPr>
    <w:rPr>
      <w:rFonts w:asciiTheme="majorHAnsi" w:eastAsiaTheme="majorEastAsia" w:hAnsiTheme="majorHAnsi" w:cstheme="majorBidi"/>
      <w: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A4174"/>
    <w:rPr>
      <w:color w:val="0000FF" w:themeColor="hyperlink"/>
      <w:u w:val="single"/>
    </w:rPr>
  </w:style>
  <w:style w:type="character" w:styleId="UnresolvedMention">
    <w:name w:val="Unresolved Mention"/>
    <w:basedOn w:val="DefaultParagraphFont"/>
    <w:uiPriority w:val="99"/>
    <w:semiHidden/>
    <w:unhideWhenUsed/>
    <w:rsid w:val="007A41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mmamarzia.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746</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Mamma Marzia's Editable Fresh Pasta Storage &amp; Freezing Guide</dc:title>
  <dc:subject/>
  <dc:creator>Mamma Marzia - Bella Cibo</dc:creator>
  <cp:keywords/>
  <dc:description>generated by python-docx</dc:description>
  <cp:lastModifiedBy>marzia bellotti</cp:lastModifiedBy>
  <cp:revision>2</cp:revision>
  <dcterms:created xsi:type="dcterms:W3CDTF">2026-08-27T19:51:00Z</dcterms:created>
  <dcterms:modified xsi:type="dcterms:W3CDTF">2026-08-27T19:51:00Z</dcterms:modified>
  <cp:category/>
</cp:coreProperties>
</file>